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666666"/>
          <w:sz w:val="20"/>
        </w:rPr>
        <w:t>Как заполнить (удалите этот блок перед отправкой):</w:t>
      </w:r>
    </w:p>
    <w:p>
      <w:pPr>
        <w:spacing w:after="0"/>
      </w:pPr>
      <w:r>
        <w:rPr>
          <w:b w:val="0"/>
          <w:color w:val="666666"/>
          <w:sz w:val="20"/>
        </w:rPr>
        <w:t>• Замените всё, что выделено жёлтым, своими данными. Реквизиты кредитора (наименование, ИНН, ОГРН, адрес) есть в договоре и на сайте кредитора.</w:t>
      </w:r>
    </w:p>
    <w:p>
      <w:pPr>
        <w:spacing w:after="0"/>
      </w:pPr>
      <w:r>
        <w:rPr>
          <w:b w:val="0"/>
          <w:color w:val="666666"/>
          <w:sz w:val="20"/>
        </w:rPr>
        <w:t>• Номер уведомления о залоге найдите на reestr-zalogov.ru по VIN машины.</w:t>
      </w:r>
    </w:p>
    <w:p>
      <w:pPr>
        <w:spacing w:after="0"/>
      </w:pPr>
      <w:r>
        <w:rPr>
          <w:b w:val="0"/>
          <w:color w:val="666666"/>
          <w:sz w:val="20"/>
        </w:rPr>
        <w:t>• Пункт 2 требований оставьте, только если оригинал ПТС хранится у кредитора.</w:t>
      </w:r>
    </w:p>
    <w:p>
      <w:pPr>
        <w:spacing w:after="0"/>
      </w:pPr>
      <w:r>
        <w:rPr>
          <w:b w:val="0"/>
          <w:color w:val="666666"/>
          <w:sz w:val="20"/>
        </w:rPr>
        <w:t>• Отправьте претензию заказным письмом с описью вложения и уведомлением о вручении или вручите в офисе — попросите поставить отметку о получении на вашем экземпляре.</w:t>
      </w:r>
    </w:p>
    <w:p>
      <w:pPr>
        <w:spacing w:after="0"/>
      </w:pPr>
      <w:r>
        <w:rPr>
          <w:b w:val="0"/>
          <w:color w:val="666666"/>
          <w:sz w:val="20"/>
        </w:rPr>
        <w:t>• Шаблон — образец, а не юридическая консультация. В сложной ситуации покажите его юристу.</w:t>
      </w:r>
    </w:p>
    <w:p/>
    <w:p>
      <w:pPr>
        <w:spacing w:after="0"/>
        <w:jc w:val="right"/>
      </w:pPr>
      <w:r>
        <w:rPr>
          <w:b w:val="0"/>
        </w:rPr>
        <w:t xml:space="preserve">Кому: </w:t>
      </w:r>
      <w:r>
        <w:rPr>
          <w:b w:val="0"/>
          <w:highlight w:val="yellow"/>
        </w:rPr>
        <w:t>[полное наименование кредитора, например ООО МКК «…»]</w:t>
      </w:r>
    </w:p>
    <w:p>
      <w:pPr>
        <w:spacing w:after="0"/>
        <w:jc w:val="right"/>
      </w:pPr>
      <w:r>
        <w:rPr>
          <w:b w:val="0"/>
        </w:rPr>
        <w:t xml:space="preserve">ИНН </w:t>
      </w:r>
      <w:r>
        <w:rPr>
          <w:b w:val="0"/>
          <w:highlight w:val="yellow"/>
        </w:rPr>
        <w:t>[ИНН кредитора]</w:t>
      </w:r>
      <w:r>
        <w:rPr>
          <w:b w:val="0"/>
        </w:rPr>
        <w:t xml:space="preserve">, ОГРН </w:t>
      </w:r>
      <w:r>
        <w:rPr>
          <w:b w:val="0"/>
          <w:highlight w:val="yellow"/>
        </w:rPr>
        <w:t>[ОГРН кредитора]</w:t>
      </w:r>
    </w:p>
    <w:p>
      <w:pPr>
        <w:spacing w:after="0"/>
        <w:jc w:val="right"/>
      </w:pPr>
      <w:r>
        <w:rPr>
          <w:b w:val="0"/>
        </w:rPr>
        <w:t xml:space="preserve">Адрес: </w:t>
      </w:r>
      <w:r>
        <w:rPr>
          <w:b w:val="0"/>
          <w:highlight w:val="yellow"/>
        </w:rPr>
        <w:t>[адрес кредитора из договора или ЕГРЮЛ]</w:t>
      </w:r>
    </w:p>
    <w:p>
      <w:pPr>
        <w:spacing w:after="0"/>
        <w:jc w:val="right"/>
      </w:pPr>
    </w:p>
    <w:p>
      <w:pPr>
        <w:spacing w:after="0"/>
        <w:jc w:val="right"/>
      </w:pPr>
      <w:r>
        <w:rPr>
          <w:b w:val="0"/>
        </w:rPr>
        <w:t xml:space="preserve">От: </w:t>
      </w:r>
      <w:r>
        <w:rPr>
          <w:b w:val="0"/>
          <w:highlight w:val="yellow"/>
        </w:rPr>
        <w:t>[фамилия, имя, отчество]</w:t>
      </w:r>
    </w:p>
    <w:p>
      <w:pPr>
        <w:spacing w:after="0"/>
        <w:jc w:val="right"/>
      </w:pPr>
      <w:r>
        <w:rPr>
          <w:b w:val="0"/>
        </w:rPr>
        <w:t xml:space="preserve">Адрес: </w:t>
      </w:r>
      <w:r>
        <w:rPr>
          <w:b w:val="0"/>
          <w:highlight w:val="yellow"/>
        </w:rPr>
        <w:t>[адрес для ответа]</w:t>
      </w:r>
    </w:p>
    <w:p>
      <w:pPr>
        <w:spacing w:after="0"/>
        <w:jc w:val="right"/>
      </w:pPr>
      <w:r>
        <w:rPr>
          <w:b w:val="0"/>
        </w:rPr>
        <w:t xml:space="preserve">Телефон: </w:t>
      </w:r>
      <w:r>
        <w:rPr>
          <w:b w:val="0"/>
          <w:highlight w:val="yellow"/>
        </w:rPr>
        <w:t>[номер]</w:t>
      </w:r>
      <w:r>
        <w:rPr>
          <w:b w:val="0"/>
        </w:rPr>
        <w:t xml:space="preserve">, e-mail: </w:t>
      </w:r>
      <w:r>
        <w:rPr>
          <w:b w:val="0"/>
          <w:highlight w:val="yellow"/>
        </w:rPr>
        <w:t>[адрес почты]</w:t>
      </w:r>
    </w:p>
    <w:p/>
    <w:p>
      <w:pPr>
        <w:spacing w:after="0"/>
        <w:jc w:val="center"/>
      </w:pPr>
      <w:r>
        <w:rPr>
          <w:b/>
          <w:sz w:val="28"/>
        </w:rPr>
        <w:t>ПРЕТЕНЗИЯ</w:t>
      </w:r>
    </w:p>
    <w:p>
      <w:pPr>
        <w:jc w:val="center"/>
      </w:pPr>
      <w:r>
        <w:rPr>
          <w:b/>
        </w:rPr>
        <w:t>об исключении сведений о залоге из реестра уведомлений о залоге движимого имущества</w:t>
      </w:r>
    </w:p>
    <w:p/>
    <w:p>
      <w:pPr>
        <w:ind w:firstLine="709"/>
      </w:pPr>
      <w:r>
        <w:rPr>
          <w:b w:val="0"/>
        </w:rPr>
        <w:t xml:space="preserve">Между мной, </w:t>
      </w:r>
      <w:r>
        <w:rPr>
          <w:b w:val="0"/>
          <w:highlight w:val="yellow"/>
        </w:rPr>
        <w:t>[ФИО]</w:t>
      </w:r>
      <w:r>
        <w:rPr>
          <w:b w:val="0"/>
        </w:rPr>
        <w:t xml:space="preserve">, и </w:t>
      </w:r>
      <w:r>
        <w:rPr>
          <w:b w:val="0"/>
          <w:highlight w:val="yellow"/>
        </w:rPr>
        <w:t>[наименование кредитора]</w:t>
      </w:r>
      <w:r>
        <w:rPr>
          <w:b w:val="0"/>
        </w:rPr>
        <w:t xml:space="preserve"> заключён договор </w:t>
      </w:r>
      <w:r>
        <w:rPr>
          <w:b w:val="0"/>
          <w:highlight w:val="yellow"/>
        </w:rPr>
        <w:t>[займа / кредита]</w:t>
      </w:r>
      <w:r>
        <w:rPr>
          <w:b w:val="0"/>
        </w:rPr>
        <w:t xml:space="preserve"> № </w:t>
      </w:r>
      <w:r>
        <w:rPr>
          <w:b w:val="0"/>
          <w:highlight w:val="yellow"/>
        </w:rPr>
        <w:t>[номер]</w:t>
      </w:r>
      <w:r>
        <w:rPr>
          <w:b w:val="0"/>
        </w:rPr>
        <w:t xml:space="preserve"> от </w:t>
      </w:r>
      <w:r>
        <w:rPr>
          <w:b w:val="0"/>
          <w:highlight w:val="yellow"/>
        </w:rPr>
        <w:t>[дата]</w:t>
      </w:r>
      <w:r>
        <w:rPr>
          <w:b w:val="0"/>
        </w:rPr>
        <w:t xml:space="preserve">. Исполнение обязательств по договору обеспечено залогом транспортного средства: </w:t>
      </w:r>
      <w:r>
        <w:rPr>
          <w:b w:val="0"/>
          <w:highlight w:val="yellow"/>
        </w:rPr>
        <w:t>[марка, модель]</w:t>
      </w:r>
      <w:r>
        <w:rPr>
          <w:b w:val="0"/>
        </w:rPr>
        <w:t xml:space="preserve">, </w:t>
      </w:r>
      <w:r>
        <w:rPr>
          <w:b w:val="0"/>
          <w:highlight w:val="yellow"/>
        </w:rPr>
        <w:t>[год выпуска]</w:t>
      </w:r>
      <w:r>
        <w:rPr>
          <w:b w:val="0"/>
        </w:rPr>
        <w:t xml:space="preserve"> года выпуска, VIN </w:t>
      </w:r>
      <w:r>
        <w:rPr>
          <w:b w:val="0"/>
          <w:highlight w:val="yellow"/>
        </w:rPr>
        <w:t>[VIN]</w:t>
      </w:r>
      <w:r>
        <w:rPr>
          <w:b w:val="0"/>
        </w:rPr>
        <w:t xml:space="preserve">, государственный регистрационный знак </w:t>
      </w:r>
      <w:r>
        <w:rPr>
          <w:b w:val="0"/>
          <w:highlight w:val="yellow"/>
        </w:rPr>
        <w:t>[номер]</w:t>
      </w:r>
      <w:r>
        <w:rPr>
          <w:b w:val="0"/>
        </w:rPr>
        <w:t xml:space="preserve">. Сведения о залоге внесены в реестр уведомлений о залоге движимого имущества, уведомление № </w:t>
      </w:r>
      <w:r>
        <w:rPr>
          <w:b w:val="0"/>
          <w:highlight w:val="yellow"/>
        </w:rPr>
        <w:t>[номер уведомления]</w:t>
      </w:r>
      <w:r>
        <w:rPr>
          <w:b w:val="0"/>
        </w:rPr>
        <w:t xml:space="preserve"> от </w:t>
      </w:r>
      <w:r>
        <w:rPr>
          <w:b w:val="0"/>
          <w:highlight w:val="yellow"/>
        </w:rPr>
        <w:t>[дата регистрации]</w:t>
      </w:r>
      <w:r>
        <w:rPr>
          <w:b w:val="0"/>
        </w:rPr>
        <w:t>.</w:t>
      </w:r>
    </w:p>
    <w:p>
      <w:pPr>
        <w:ind w:firstLine="709"/>
      </w:pPr>
      <w:r>
        <w:rPr>
          <w:b w:val="0"/>
        </w:rPr>
        <w:t xml:space="preserve">Обязательства по договору исполнены мной в полном объёме </w:t>
      </w:r>
      <w:r>
        <w:rPr>
          <w:b w:val="0"/>
          <w:highlight w:val="yellow"/>
        </w:rPr>
        <w:t>[дата полного погашения]</w:t>
      </w:r>
      <w:r>
        <w:rPr>
          <w:b w:val="0"/>
        </w:rPr>
        <w:t xml:space="preserve">, что подтверждается </w:t>
      </w:r>
      <w:r>
        <w:rPr>
          <w:b w:val="0"/>
          <w:highlight w:val="yellow"/>
        </w:rPr>
        <w:t>[справкой о полном погашении задолженности от (дата) / платёжными документами]</w:t>
      </w:r>
      <w:r>
        <w:rPr>
          <w:b w:val="0"/>
        </w:rPr>
        <w:t>.</w:t>
      </w:r>
    </w:p>
    <w:p>
      <w:pPr>
        <w:ind w:firstLine="709"/>
      </w:pPr>
      <w:r>
        <w:rPr>
          <w:b w:val="0"/>
        </w:rPr>
        <w:t>В соответствии с подпунктом 1 пункта 1 статьи 352 Гражданского кодекса РФ залог прекращается с прекращением обеспеченного залогом обязательства. Согласно пункту 4 статьи 339.1 ГК РФ в случае прекращения залога залогодержатель обязан направить уведомление об исключении сведений о залоге в течение трёх рабочих дней с момента, когда он узнал или должен был узнать о прекращении залога. Пунктом 2 статьи 352 ГК РФ залогодателю предоставлено право требовать от залогодержателя совершения всех необходимых действий, направленных на внесение записи о прекращении залога.</w:t>
      </w:r>
    </w:p>
    <w:p>
      <w:pPr>
        <w:ind w:firstLine="709"/>
      </w:pPr>
      <w:r>
        <w:rPr>
          <w:b w:val="0"/>
        </w:rPr>
        <w:t xml:space="preserve">По состоянию на </w:t>
      </w:r>
      <w:r>
        <w:rPr>
          <w:b w:val="0"/>
          <w:highlight w:val="yellow"/>
        </w:rPr>
        <w:t>[дата проверки]</w:t>
      </w:r>
      <w:r>
        <w:rPr>
          <w:b w:val="0"/>
        </w:rPr>
        <w:t xml:space="preserve"> сведения о залоге из реестра уведомлений о залоге движимого имущества не исключены.</w:t>
      </w:r>
    </w:p>
    <w:p>
      <w:pPr>
        <w:ind w:firstLine="709"/>
      </w:pPr>
      <w:r>
        <w:rPr>
          <w:b w:val="0"/>
        </w:rPr>
        <w:t>На основании изложенного требую:</w:t>
      </w:r>
    </w:p>
    <w:p>
      <w:pPr>
        <w:ind w:firstLine="0" w:left="709"/>
      </w:pPr>
      <w:r>
        <w:rPr>
          <w:b w:val="0"/>
        </w:rPr>
        <w:t>1. В течение трёх рабочих дней с момента получения настоящей претензии направить нотариусу уведомление об исключении сведений о залоге указанного транспортного средства из реестра уведомлений о залоге движимого имущества.</w:t>
      </w:r>
    </w:p>
    <w:p>
      <w:pPr>
        <w:ind w:firstLine="0" w:left="709"/>
      </w:pPr>
      <w:r>
        <w:rPr>
          <w:b w:val="0"/>
        </w:rPr>
        <w:t xml:space="preserve">2. Вернуть мне оригинал паспорта транспортного средства </w:t>
      </w:r>
      <w:r>
        <w:rPr>
          <w:b w:val="0"/>
          <w:highlight w:val="yellow"/>
        </w:rPr>
        <w:t>[серия и номер ПТС]</w:t>
      </w:r>
      <w:r>
        <w:rPr>
          <w:b w:val="0"/>
        </w:rPr>
        <w:t>, переданный при заключении договора.</w:t>
      </w:r>
    </w:p>
    <w:p>
      <w:pPr>
        <w:ind w:firstLine="0" w:left="709"/>
      </w:pPr>
      <w:r>
        <w:rPr>
          <w:b w:val="0"/>
        </w:rPr>
        <w:t xml:space="preserve">3. Сообщить мне о выполнении требований </w:t>
      </w:r>
      <w:r>
        <w:rPr>
          <w:b w:val="0"/>
          <w:highlight w:val="yellow"/>
        </w:rPr>
        <w:t>[письменно по указанному адресу / по электронной почте]</w:t>
      </w:r>
      <w:r>
        <w:rPr>
          <w:b w:val="0"/>
        </w:rPr>
        <w:t>, указав регистрационный номер уведомления об исключении сведений о залоге.</w:t>
      </w:r>
    </w:p>
    <w:p>
      <w:pPr>
        <w:ind w:firstLine="709"/>
      </w:pPr>
      <w:r>
        <w:rPr>
          <w:b w:val="0"/>
        </w:rPr>
        <w:t>В случае неисполнения требований буду вынужден(а) обратиться с жалобой в Банк России, а также в суд с требованием о прекращении залога и исключении сведений о нём из реестра (статья 103.6 Основ законодательства Российской Федерации о нотариате) с возложением на вас судебных расходов.</w:t>
      </w:r>
    </w:p>
    <w:p/>
    <w:p>
      <w:pPr>
        <w:spacing w:after="0"/>
      </w:pPr>
      <w:r>
        <w:rPr>
          <w:b w:val="0"/>
        </w:rPr>
        <w:t>Приложения:</w:t>
      </w:r>
    </w:p>
    <w:p>
      <w:pPr>
        <w:spacing w:after="0"/>
      </w:pPr>
      <w:r>
        <w:rPr>
          <w:b w:val="0"/>
        </w:rPr>
        <w:t xml:space="preserve">1. Копия договора </w:t>
      </w:r>
      <w:r>
        <w:rPr>
          <w:b w:val="0"/>
          <w:highlight w:val="yellow"/>
        </w:rPr>
        <w:t>[займа / кредита]</w:t>
      </w:r>
      <w:r>
        <w:rPr>
          <w:b w:val="0"/>
        </w:rPr>
        <w:t xml:space="preserve"> № </w:t>
      </w:r>
      <w:r>
        <w:rPr>
          <w:b w:val="0"/>
          <w:highlight w:val="yellow"/>
        </w:rPr>
        <w:t>[номер]</w:t>
      </w:r>
      <w:r>
        <w:rPr>
          <w:b w:val="0"/>
        </w:rPr>
        <w:t xml:space="preserve"> от </w:t>
      </w:r>
      <w:r>
        <w:rPr>
          <w:b w:val="0"/>
          <w:highlight w:val="yellow"/>
        </w:rPr>
        <w:t>[дата]</w:t>
      </w:r>
      <w:r>
        <w:rPr>
          <w:b w:val="0"/>
        </w:rPr>
        <w:t>.</w:t>
      </w:r>
    </w:p>
    <w:p>
      <w:pPr>
        <w:spacing w:after="0"/>
      </w:pPr>
      <w:r>
        <w:rPr>
          <w:b w:val="0"/>
        </w:rPr>
        <w:t>2. Копия справки о полном погашении задолженности / копии платёжных документов.</w:t>
      </w:r>
    </w:p>
    <w:p>
      <w:pPr>
        <w:spacing w:after="0"/>
      </w:pPr>
      <w:r>
        <w:rPr>
          <w:b w:val="0"/>
        </w:rPr>
        <w:t xml:space="preserve">3. Распечатка результатов поиска в реестре уведомлений о залоге движимого имущества от </w:t>
      </w:r>
      <w:r>
        <w:rPr>
          <w:b w:val="0"/>
          <w:highlight w:val="yellow"/>
        </w:rPr>
        <w:t>[дата]</w:t>
      </w:r>
      <w:r>
        <w:rPr>
          <w:b w:val="0"/>
        </w:rPr>
        <w:t>.</w:t>
      </w:r>
    </w:p>
    <w:p/>
    <w:p/>
    <w:p>
      <w:r>
        <w:rPr>
          <w:b w:val="0"/>
          <w:highlight w:val="yellow"/>
        </w:rPr>
        <w:t>[дата]</w:t>
      </w:r>
      <w:r>
        <w:rPr>
          <w:b w:val="0"/>
        </w:rPr>
        <w:t xml:space="preserve">                                                                        ____________ / </w:t>
      </w:r>
      <w:r>
        <w:rPr>
          <w:b w:val="0"/>
          <w:highlight w:val="yellow"/>
        </w:rPr>
        <w:t>[фамилия, инициалы]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кредитору о снятии залога с автомобиля</dc:title>
  <dc:subject/>
  <dc:creator>Ваш Залог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